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right"/>
      </w:pPr>
      <w:r>
        <w:rPr>
          <w:b w:val="0"/>
        </w:rPr>
        <w:t>〇〇〇〇年〇月〇日</w:t>
      </w:r>
    </w:p>
    <w:p>
      <w:pPr>
        <w:spacing w:after="0" w:before="0"/>
      </w:pPr>
      <w:r>
        <w:rPr>
          <w:b w:val="0"/>
        </w:rPr>
        <w:t>〇〇株式会社</w:t>
      </w:r>
    </w:p>
    <w:p>
      <w:pPr>
        <w:spacing w:after="200" w:before="0"/>
      </w:pPr>
      <w:r>
        <w:rPr>
          <w:b w:val="0"/>
        </w:rPr>
        <w:t>人事部 御中</w:t>
      </w:r>
    </w:p>
    <w:p>
      <w:pPr>
        <w:spacing w:after="0" w:before="0"/>
        <w:jc w:val="right"/>
      </w:pPr>
      <w:r>
        <w:rPr>
          <w:b w:val="0"/>
        </w:rPr>
        <w:t>〒〇〇〇-〇〇〇〇</w:t>
      </w:r>
    </w:p>
    <w:p>
      <w:pPr>
        <w:spacing w:after="0" w:before="0"/>
        <w:jc w:val="right"/>
      </w:pPr>
      <w:r>
        <w:rPr>
          <w:b w:val="0"/>
        </w:rPr>
        <w:t>（住所）</w:t>
      </w:r>
    </w:p>
    <w:p>
      <w:pPr>
        <w:spacing w:after="0" w:before="0"/>
        <w:jc w:val="right"/>
      </w:pPr>
      <w:r>
        <w:rPr>
          <w:b w:val="0"/>
        </w:rPr>
        <w:t>（大学名・学部　※転職の方はこの行を削除）</w:t>
      </w:r>
    </w:p>
    <w:p>
      <w:pPr>
        <w:spacing w:after="0" w:before="0"/>
        <w:jc w:val="right"/>
      </w:pPr>
      <w:r>
        <w:rPr>
          <w:b w:val="0"/>
        </w:rPr>
        <w:t>（氏名）</w:t>
      </w:r>
    </w:p>
    <w:p>
      <w:pPr>
        <w:spacing w:after="0" w:before="0"/>
        <w:jc w:val="right"/>
      </w:pPr>
      <w:r>
        <w:rPr>
          <w:b w:val="0"/>
        </w:rPr>
        <w:t>TEL：〇〇〇-〇〇〇〇-〇〇〇〇</w:t>
      </w:r>
    </w:p>
    <w:p>
      <w:pPr>
        <w:spacing w:after="360" w:before="0"/>
        <w:jc w:val="right"/>
      </w:pPr>
      <w:r>
        <w:rPr>
          <w:b w:val="0"/>
        </w:rPr>
        <w:t>Email：〇〇〇〇@〇〇〇〇.com</w:t>
      </w:r>
    </w:p>
    <w:p>
      <w:pPr>
        <w:spacing w:after="360" w:before="0"/>
        <w:jc w:val="center"/>
      </w:pPr>
      <w:r>
        <w:rPr>
          <w:b/>
        </w:rPr>
        <w:t>入社書類送付について</w:t>
      </w:r>
    </w:p>
    <w:p>
      <w:pPr>
        <w:spacing w:after="0" w:before="0"/>
      </w:pPr>
      <w:r>
        <w:rPr>
          <w:b w:val="0"/>
        </w:rPr>
        <w:t>拝啓　時下ますますご清栄のこととお慶び申し上げます。</w:t>
      </w:r>
    </w:p>
    <w:p>
      <w:pPr>
        <w:spacing w:after="0" w:before="0"/>
      </w:pPr>
      <w:r>
        <w:rPr>
          <w:b w:val="0"/>
        </w:rPr>
        <w:t>このたびは入社手続きに必要な下記の書類をお送りいたします。</w:t>
      </w:r>
    </w:p>
    <w:p>
      <w:pPr>
        <w:spacing w:after="120" w:before="0"/>
      </w:pPr>
      <w:r>
        <w:rPr>
          <w:b w:val="0"/>
        </w:rPr>
        <w:t>ご査収のほど、よろしくお願い申し上げます。</w:t>
      </w:r>
    </w:p>
    <w:p>
      <w:pPr>
        <w:spacing w:after="240" w:before="0"/>
        <w:jc w:val="right"/>
      </w:pPr>
      <w:r>
        <w:rPr>
          <w:b w:val="0"/>
        </w:rPr>
        <w:t>敬具</w:t>
      </w:r>
    </w:p>
    <w:p>
      <w:pPr>
        <w:spacing w:after="200" w:before="0"/>
        <w:jc w:val="center"/>
      </w:pPr>
      <w:r>
        <w:rPr>
          <w:b w:val="0"/>
        </w:rPr>
        <w:t>記</w:t>
      </w:r>
    </w:p>
    <w:p>
      <w:pPr>
        <w:spacing w:after="0" w:before="0"/>
      </w:pPr>
      <w:r>
        <w:rPr>
          <w:b w:val="0"/>
        </w:rPr>
        <w:t>・入社誓約書　1通</w:t>
      </w:r>
    </w:p>
    <w:p>
      <w:pPr>
        <w:spacing w:after="0" w:before="0"/>
      </w:pPr>
      <w:r>
        <w:rPr>
          <w:b w:val="0"/>
        </w:rPr>
        <w:t>・身元保証書　1通</w:t>
      </w:r>
    </w:p>
    <w:p>
      <w:pPr>
        <w:spacing w:after="0" w:before="0"/>
      </w:pPr>
      <w:r>
        <w:rPr>
          <w:b w:val="0"/>
        </w:rPr>
        <w:t>・卒業見込証明書　1通</w:t>
      </w:r>
    </w:p>
    <w:p>
      <w:pPr>
        <w:spacing w:after="0" w:before="0"/>
      </w:pPr>
      <w:r>
        <w:rPr>
          <w:b w:val="0"/>
        </w:rPr>
        <w:t>・健康診断書　1通</w:t>
      </w:r>
    </w:p>
    <w:p>
      <w:pPr>
        <w:spacing w:after="120" w:before="0"/>
      </w:pPr>
      <w:r>
        <w:rPr>
          <w:b w:val="0"/>
        </w:rPr>
      </w:r>
    </w:p>
    <w:p>
      <w:pPr>
        <w:spacing w:after="0" w:before="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MS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入社書類の添え状テンプレート</dc:title>
  <dc:subject/>
  <dc:creator>早大生の就活ブログ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